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A11940" w14:textId="3BF3CC71" w:rsidR="00E416ED" w:rsidRDefault="004F551F" w:rsidP="00E416ED">
      <w:pPr>
        <w:pStyle w:val="berschrift1"/>
        <w:rPr>
          <w:sz w:val="32"/>
          <w:szCs w:val="32"/>
          <w:u w:val="single"/>
        </w:rPr>
      </w:pPr>
      <w:proofErr w:type="spellStart"/>
      <w:r w:rsidRPr="000E2603">
        <w:rPr>
          <w:sz w:val="32"/>
          <w:szCs w:val="32"/>
          <w:u w:val="single"/>
        </w:rPr>
        <w:t>Stadtteilfest</w:t>
      </w:r>
      <w:proofErr w:type="spellEnd"/>
      <w:r w:rsidRPr="000E2603">
        <w:rPr>
          <w:sz w:val="32"/>
          <w:szCs w:val="32"/>
          <w:u w:val="single"/>
        </w:rPr>
        <w:t xml:space="preserve"> Flugfeld </w:t>
      </w:r>
      <w:r w:rsidR="00EE632B" w:rsidRPr="000E2603">
        <w:rPr>
          <w:sz w:val="32"/>
          <w:szCs w:val="32"/>
          <w:u w:val="single"/>
        </w:rPr>
        <w:t xml:space="preserve">2026 : </w:t>
      </w:r>
      <w:proofErr w:type="spellStart"/>
      <w:r w:rsidRPr="000E2603">
        <w:rPr>
          <w:sz w:val="32"/>
          <w:szCs w:val="32"/>
          <w:u w:val="single"/>
        </w:rPr>
        <w:t>Anmeldeformular</w:t>
      </w:r>
      <w:proofErr w:type="spellEnd"/>
    </w:p>
    <w:p w14:paraId="71101FED" w14:textId="77777777" w:rsidR="006D6AC6" w:rsidRPr="006D6AC6" w:rsidRDefault="006D6AC6" w:rsidP="006D6AC6"/>
    <w:p w14:paraId="5422561D" w14:textId="6EC4529E" w:rsidR="006D6AC6" w:rsidRPr="006D6AC6" w:rsidRDefault="006D6AC6" w:rsidP="006D6AC6">
      <w:pPr>
        <w:rPr>
          <w:sz w:val="24"/>
          <w:szCs w:val="24"/>
        </w:rPr>
      </w:pPr>
      <w:r w:rsidRPr="006D6AC6">
        <w:rPr>
          <w:i/>
          <w:iCs/>
          <w:sz w:val="24"/>
          <w:szCs w:val="24"/>
        </w:rPr>
        <w:t xml:space="preserve">Bitte </w:t>
      </w:r>
      <w:proofErr w:type="spellStart"/>
      <w:r w:rsidRPr="006D6AC6">
        <w:rPr>
          <w:i/>
          <w:iCs/>
          <w:sz w:val="24"/>
          <w:szCs w:val="24"/>
        </w:rPr>
        <w:t>senden</w:t>
      </w:r>
      <w:proofErr w:type="spellEnd"/>
      <w:r w:rsidRPr="006D6AC6">
        <w:rPr>
          <w:i/>
          <w:iCs/>
          <w:sz w:val="24"/>
          <w:szCs w:val="24"/>
        </w:rPr>
        <w:t xml:space="preserve"> Sie das </w:t>
      </w:r>
      <w:proofErr w:type="spellStart"/>
      <w:r w:rsidRPr="006D6AC6">
        <w:rPr>
          <w:i/>
          <w:iCs/>
          <w:sz w:val="24"/>
          <w:szCs w:val="24"/>
        </w:rPr>
        <w:t>ausgefüllte</w:t>
      </w:r>
      <w:proofErr w:type="spellEnd"/>
      <w:r w:rsidRPr="006D6AC6">
        <w:rPr>
          <w:i/>
          <w:iCs/>
          <w:sz w:val="24"/>
          <w:szCs w:val="24"/>
        </w:rPr>
        <w:t xml:space="preserve"> </w:t>
      </w:r>
      <w:proofErr w:type="spellStart"/>
      <w:r w:rsidRPr="006D6AC6">
        <w:rPr>
          <w:i/>
          <w:iCs/>
          <w:sz w:val="24"/>
          <w:szCs w:val="24"/>
        </w:rPr>
        <w:t>Anmeldeformular</w:t>
      </w:r>
      <w:proofErr w:type="spellEnd"/>
      <w:r w:rsidRPr="006D6AC6">
        <w:rPr>
          <w:i/>
          <w:iCs/>
          <w:sz w:val="24"/>
          <w:szCs w:val="24"/>
        </w:rPr>
        <w:t xml:space="preserve"> bis </w:t>
      </w:r>
      <w:proofErr w:type="spellStart"/>
      <w:r w:rsidRPr="006D6AC6">
        <w:rPr>
          <w:i/>
          <w:iCs/>
          <w:sz w:val="24"/>
          <w:szCs w:val="24"/>
        </w:rPr>
        <w:t>spätestens</w:t>
      </w:r>
      <w:proofErr w:type="spellEnd"/>
      <w:r w:rsidRPr="006D6AC6">
        <w:rPr>
          <w:i/>
          <w:iCs/>
          <w:sz w:val="24"/>
          <w:szCs w:val="24"/>
        </w:rPr>
        <w:t xml:space="preserve"> </w:t>
      </w:r>
      <w:r w:rsidRPr="006D6AC6">
        <w:rPr>
          <w:b/>
          <w:bCs/>
          <w:i/>
          <w:iCs/>
          <w:sz w:val="24"/>
          <w:szCs w:val="24"/>
        </w:rPr>
        <w:t>31. Juli 2026</w:t>
      </w:r>
      <w:r w:rsidRPr="006D6AC6">
        <w:rPr>
          <w:i/>
          <w:iCs/>
          <w:sz w:val="24"/>
          <w:szCs w:val="24"/>
        </w:rPr>
        <w:t xml:space="preserve"> per E-Mail </w:t>
      </w:r>
      <w:proofErr w:type="spellStart"/>
      <w:r w:rsidRPr="006D6AC6">
        <w:rPr>
          <w:i/>
          <w:iCs/>
          <w:sz w:val="24"/>
          <w:szCs w:val="24"/>
        </w:rPr>
        <w:t>an</w:t>
      </w:r>
      <w:proofErr w:type="spellEnd"/>
      <w:r w:rsidRPr="006D6AC6">
        <w:rPr>
          <w:i/>
          <w:iCs/>
          <w:sz w:val="24"/>
          <w:szCs w:val="24"/>
        </w:rPr>
        <w:t xml:space="preserve"> </w:t>
      </w:r>
      <w:hyperlink r:id="rId6" w:history="1">
        <w:r w:rsidRPr="006D6AC6">
          <w:rPr>
            <w:rStyle w:val="Hyperlink"/>
            <w:b/>
            <w:bCs/>
            <w:i/>
            <w:iCs/>
            <w:sz w:val="24"/>
            <w:szCs w:val="24"/>
          </w:rPr>
          <w:t>sevinc@mevesta.de</w:t>
        </w:r>
      </w:hyperlink>
      <w:r w:rsidRPr="006D6AC6">
        <w:rPr>
          <w:i/>
          <w:iCs/>
          <w:sz w:val="24"/>
          <w:szCs w:val="24"/>
        </w:rPr>
        <w:t xml:space="preserve"> </w:t>
      </w:r>
      <w:proofErr w:type="spellStart"/>
      <w:r w:rsidRPr="006D6AC6">
        <w:rPr>
          <w:i/>
          <w:iCs/>
          <w:sz w:val="24"/>
          <w:szCs w:val="24"/>
        </w:rPr>
        <w:t>oder</w:t>
      </w:r>
      <w:proofErr w:type="spellEnd"/>
      <w:r w:rsidRPr="006D6AC6">
        <w:rPr>
          <w:i/>
          <w:iCs/>
          <w:sz w:val="24"/>
          <w:szCs w:val="24"/>
        </w:rPr>
        <w:t xml:space="preserve"> </w:t>
      </w:r>
      <w:proofErr w:type="spellStart"/>
      <w:r w:rsidRPr="006D6AC6">
        <w:rPr>
          <w:i/>
          <w:iCs/>
          <w:sz w:val="24"/>
          <w:szCs w:val="24"/>
        </w:rPr>
        <w:t>werfen</w:t>
      </w:r>
      <w:proofErr w:type="spellEnd"/>
      <w:r w:rsidRPr="006D6AC6">
        <w:rPr>
          <w:i/>
          <w:iCs/>
          <w:sz w:val="24"/>
          <w:szCs w:val="24"/>
        </w:rPr>
        <w:t xml:space="preserve"> Sie es in den </w:t>
      </w:r>
      <w:proofErr w:type="spellStart"/>
      <w:r w:rsidRPr="006D6AC6">
        <w:rPr>
          <w:i/>
          <w:iCs/>
          <w:sz w:val="24"/>
          <w:szCs w:val="24"/>
        </w:rPr>
        <w:t>Briefkasten</w:t>
      </w:r>
      <w:proofErr w:type="spellEnd"/>
      <w:r w:rsidRPr="006D6AC6">
        <w:rPr>
          <w:i/>
          <w:iCs/>
          <w:sz w:val="24"/>
          <w:szCs w:val="24"/>
        </w:rPr>
        <w:t xml:space="preserve"> des </w:t>
      </w:r>
      <w:proofErr w:type="spellStart"/>
      <w:r w:rsidRPr="006D6AC6">
        <w:rPr>
          <w:i/>
          <w:iCs/>
          <w:sz w:val="24"/>
          <w:szCs w:val="24"/>
        </w:rPr>
        <w:t>Stadtteiltreffs</w:t>
      </w:r>
      <w:proofErr w:type="spellEnd"/>
      <w:r w:rsidRPr="006D6AC6">
        <w:rPr>
          <w:i/>
          <w:iCs/>
          <w:sz w:val="24"/>
          <w:szCs w:val="24"/>
        </w:rPr>
        <w:t>.</w:t>
      </w:r>
    </w:p>
    <w:p w14:paraId="10A2BEDC" w14:textId="77777777" w:rsidR="00EE632B" w:rsidRPr="00EE632B" w:rsidRDefault="00EE632B" w:rsidP="00EE632B"/>
    <w:p w14:paraId="7545041A" w14:textId="77777777" w:rsidR="00E416ED" w:rsidRDefault="00E416ED" w:rsidP="00E416ED">
      <w:pPr>
        <w:pStyle w:val="berschrift2"/>
        <w:rPr>
          <w:rFonts w:asciiTheme="minorHAnsi" w:hAnsiTheme="minorHAnsi"/>
          <w:color w:val="auto"/>
          <w:sz w:val="24"/>
          <w:szCs w:val="24"/>
          <w:lang w:val="de-DE"/>
        </w:rPr>
      </w:pPr>
      <w:r w:rsidRPr="00E416ED">
        <w:rPr>
          <w:rFonts w:asciiTheme="minorHAnsi" w:hAnsiTheme="minorHAnsi"/>
          <w:color w:val="auto"/>
          <w:sz w:val="24"/>
          <w:szCs w:val="24"/>
          <w:lang w:val="de-DE"/>
        </w:rPr>
        <w:t>Allgemeine Informationen</w:t>
      </w:r>
    </w:p>
    <w:p w14:paraId="4945CFC0" w14:textId="77777777" w:rsidR="006D6AC6" w:rsidRPr="006D6AC6" w:rsidRDefault="006D6AC6" w:rsidP="006D6AC6">
      <w:pPr>
        <w:rPr>
          <w:lang w:val="de-DE"/>
        </w:rPr>
      </w:pPr>
    </w:p>
    <w:p w14:paraId="03778659" w14:textId="77777777" w:rsidR="00E416ED" w:rsidRPr="00E416ED" w:rsidRDefault="00E416ED" w:rsidP="003B4CAF">
      <w:pPr>
        <w:pStyle w:val="berschrift2"/>
        <w:numPr>
          <w:ilvl w:val="0"/>
          <w:numId w:val="11"/>
        </w:numPr>
        <w:spacing w:line="240" w:lineRule="auto"/>
        <w:rPr>
          <w:rFonts w:asciiTheme="minorHAnsi" w:hAnsiTheme="minorHAnsi"/>
          <w:b w:val="0"/>
          <w:bCs w:val="0"/>
          <w:color w:val="auto"/>
          <w:sz w:val="24"/>
          <w:szCs w:val="24"/>
          <w:lang w:val="de-DE"/>
        </w:rPr>
      </w:pPr>
      <w:r w:rsidRPr="00E416ED">
        <w:rPr>
          <w:rFonts w:asciiTheme="minorHAnsi" w:hAnsiTheme="minorHAnsi"/>
          <w:b w:val="0"/>
          <w:bCs w:val="0"/>
          <w:color w:val="auto"/>
          <w:sz w:val="24"/>
          <w:szCs w:val="24"/>
          <w:lang w:val="de-DE"/>
        </w:rPr>
        <w:t>Veranstaltungstag: Sonntag, 20. September 2026</w:t>
      </w:r>
    </w:p>
    <w:p w14:paraId="75C1432B" w14:textId="2AB8829D" w:rsidR="00E416ED" w:rsidRPr="00E416ED" w:rsidRDefault="00E416ED" w:rsidP="003B4CAF">
      <w:pPr>
        <w:pStyle w:val="berschrift2"/>
        <w:numPr>
          <w:ilvl w:val="0"/>
          <w:numId w:val="11"/>
        </w:numPr>
        <w:spacing w:line="240" w:lineRule="auto"/>
        <w:rPr>
          <w:rFonts w:asciiTheme="minorHAnsi" w:hAnsiTheme="minorHAnsi"/>
          <w:b w:val="0"/>
          <w:bCs w:val="0"/>
          <w:color w:val="auto"/>
          <w:sz w:val="24"/>
          <w:szCs w:val="24"/>
          <w:lang w:val="de-DE"/>
        </w:rPr>
      </w:pPr>
      <w:r w:rsidRPr="00E416ED">
        <w:rPr>
          <w:rFonts w:asciiTheme="minorHAnsi" w:hAnsiTheme="minorHAnsi"/>
          <w:b w:val="0"/>
          <w:bCs w:val="0"/>
          <w:color w:val="auto"/>
          <w:sz w:val="24"/>
          <w:szCs w:val="24"/>
          <w:lang w:val="de-DE"/>
        </w:rPr>
        <w:t>Uhrzeit: 11:00 bis 15:00 Uhr</w:t>
      </w:r>
    </w:p>
    <w:p w14:paraId="123AC6E1" w14:textId="77777777" w:rsidR="00E416ED" w:rsidRPr="00E416ED" w:rsidRDefault="00E416ED" w:rsidP="003B4CAF">
      <w:pPr>
        <w:pStyle w:val="berschrift2"/>
        <w:numPr>
          <w:ilvl w:val="0"/>
          <w:numId w:val="11"/>
        </w:numPr>
        <w:spacing w:line="240" w:lineRule="auto"/>
        <w:rPr>
          <w:rFonts w:asciiTheme="minorHAnsi" w:hAnsiTheme="minorHAnsi"/>
          <w:b w:val="0"/>
          <w:bCs w:val="0"/>
          <w:color w:val="auto"/>
          <w:sz w:val="24"/>
          <w:szCs w:val="24"/>
          <w:lang w:val="de-DE"/>
        </w:rPr>
      </w:pPr>
      <w:r w:rsidRPr="00E416ED">
        <w:rPr>
          <w:rFonts w:asciiTheme="minorHAnsi" w:hAnsiTheme="minorHAnsi"/>
          <w:b w:val="0"/>
          <w:bCs w:val="0"/>
          <w:color w:val="auto"/>
          <w:sz w:val="24"/>
          <w:szCs w:val="24"/>
          <w:lang w:val="de-DE"/>
        </w:rPr>
        <w:t>Veranstaltungsort: Flugfeld-Grundschule, Liesel-Bach-Straße 24, 71034 Böblingen</w:t>
      </w:r>
    </w:p>
    <w:p w14:paraId="73EC5BC2" w14:textId="77777777" w:rsidR="00E416ED" w:rsidRPr="00E416ED" w:rsidRDefault="00E416ED" w:rsidP="003B4CAF">
      <w:pPr>
        <w:pStyle w:val="berschrift2"/>
        <w:numPr>
          <w:ilvl w:val="0"/>
          <w:numId w:val="11"/>
        </w:numPr>
        <w:spacing w:line="240" w:lineRule="auto"/>
        <w:rPr>
          <w:rFonts w:asciiTheme="minorHAnsi" w:hAnsiTheme="minorHAnsi"/>
          <w:b w:val="0"/>
          <w:bCs w:val="0"/>
          <w:color w:val="auto"/>
          <w:sz w:val="24"/>
          <w:szCs w:val="24"/>
          <w:lang w:val="de-DE"/>
        </w:rPr>
      </w:pPr>
      <w:r w:rsidRPr="00E416ED">
        <w:rPr>
          <w:rFonts w:asciiTheme="minorHAnsi" w:hAnsiTheme="minorHAnsi"/>
          <w:b w:val="0"/>
          <w:bCs w:val="0"/>
          <w:color w:val="auto"/>
          <w:sz w:val="24"/>
          <w:szCs w:val="24"/>
          <w:lang w:val="de-DE"/>
        </w:rPr>
        <w:t>Rahmenprogramm: Informations- und Verkaufsstände, Mitmachaktionen, Angebote für Kinder sowie ein abwechslungsreiches Bühnenprogramm</w:t>
      </w:r>
    </w:p>
    <w:p w14:paraId="4D892041" w14:textId="77777777" w:rsidR="00E416ED" w:rsidRDefault="00E416ED" w:rsidP="003B4CAF">
      <w:pPr>
        <w:pStyle w:val="berschrift2"/>
        <w:numPr>
          <w:ilvl w:val="0"/>
          <w:numId w:val="11"/>
        </w:numPr>
        <w:spacing w:line="240" w:lineRule="auto"/>
        <w:rPr>
          <w:rFonts w:asciiTheme="minorHAnsi" w:hAnsiTheme="minorHAnsi"/>
          <w:b w:val="0"/>
          <w:bCs w:val="0"/>
          <w:color w:val="auto"/>
          <w:sz w:val="24"/>
          <w:szCs w:val="24"/>
          <w:lang w:val="de-DE"/>
        </w:rPr>
      </w:pPr>
      <w:r w:rsidRPr="00E416ED">
        <w:rPr>
          <w:rFonts w:asciiTheme="minorHAnsi" w:hAnsiTheme="minorHAnsi"/>
          <w:b w:val="0"/>
          <w:bCs w:val="0"/>
          <w:color w:val="auto"/>
          <w:sz w:val="24"/>
          <w:szCs w:val="24"/>
          <w:lang w:val="de-DE"/>
        </w:rPr>
        <w:t>Motto: Ein Fest von Bürgerinnen und Bürgern – für Bürgerinnen und Bürger</w:t>
      </w:r>
    </w:p>
    <w:p w14:paraId="12BF4E60" w14:textId="77777777" w:rsidR="00EE632B" w:rsidRDefault="00EE632B">
      <w:pPr>
        <w:pStyle w:val="berschrift2"/>
      </w:pPr>
    </w:p>
    <w:p w14:paraId="0D9CF838" w14:textId="77777777" w:rsidR="000E2603" w:rsidRPr="000E2603" w:rsidRDefault="000E2603" w:rsidP="000E2603"/>
    <w:p w14:paraId="36BA890D" w14:textId="64A6789F" w:rsidR="0012183D" w:rsidRPr="003B4CAF" w:rsidRDefault="004F551F">
      <w:pPr>
        <w:pStyle w:val="berschrift2"/>
        <w:rPr>
          <w:sz w:val="28"/>
          <w:szCs w:val="28"/>
        </w:rPr>
      </w:pPr>
      <w:proofErr w:type="spellStart"/>
      <w:r w:rsidRPr="003B4CAF">
        <w:rPr>
          <w:sz w:val="28"/>
          <w:szCs w:val="28"/>
        </w:rPr>
        <w:t>Angaben</w:t>
      </w:r>
      <w:proofErr w:type="spellEnd"/>
      <w:r w:rsidRPr="003B4CAF">
        <w:rPr>
          <w:sz w:val="28"/>
          <w:szCs w:val="28"/>
        </w:rPr>
        <w:t xml:space="preserve"> </w:t>
      </w:r>
      <w:proofErr w:type="spellStart"/>
      <w:r w:rsidRPr="003B4CAF">
        <w:rPr>
          <w:sz w:val="28"/>
          <w:szCs w:val="28"/>
        </w:rPr>
        <w:t>zum</w:t>
      </w:r>
      <w:proofErr w:type="spellEnd"/>
      <w:r w:rsidRPr="003B4CAF">
        <w:rPr>
          <w:sz w:val="28"/>
          <w:szCs w:val="28"/>
        </w:rPr>
        <w:t xml:space="preserve"> Verein / zur Gruppe / Institution / </w:t>
      </w:r>
      <w:proofErr w:type="spellStart"/>
      <w:r w:rsidRPr="003B4CAF">
        <w:rPr>
          <w:sz w:val="28"/>
          <w:szCs w:val="28"/>
        </w:rPr>
        <w:t>Einzelperson</w:t>
      </w:r>
      <w:proofErr w:type="spellEnd"/>
      <w:r w:rsidR="00EE632B" w:rsidRPr="003B4CAF">
        <w:rPr>
          <w:sz w:val="28"/>
          <w:szCs w:val="28"/>
        </w:rPr>
        <w:t xml:space="preserve">: </w:t>
      </w:r>
    </w:p>
    <w:p w14:paraId="0A6F52EC" w14:textId="775B2F4D" w:rsidR="003B4CAF" w:rsidRPr="003B4CAF" w:rsidRDefault="003B4CAF" w:rsidP="003B4CAF">
      <w:pPr>
        <w:rPr>
          <w:b/>
          <w:bCs/>
          <w:lang w:val="de-DE"/>
        </w:rPr>
      </w:pPr>
    </w:p>
    <w:p w14:paraId="6BCCD7FC" w14:textId="77777777" w:rsidR="003B4CAF" w:rsidRPr="003B4CAF" w:rsidRDefault="003B4CAF" w:rsidP="003B4CAF">
      <w:pPr>
        <w:rPr>
          <w:lang w:val="de-DE"/>
        </w:rPr>
      </w:pPr>
      <w:r w:rsidRPr="003B4CAF">
        <w:rPr>
          <w:b/>
          <w:bCs/>
          <w:lang w:val="de-DE"/>
        </w:rPr>
        <w:t>Verein / Gruppe / Institution / Einzelperson:</w:t>
      </w:r>
    </w:p>
    <w:p w14:paraId="2C86DDDA" w14:textId="77777777" w:rsidR="003B4CAF" w:rsidRPr="003B4CAF" w:rsidRDefault="0048453F" w:rsidP="003B4CAF">
      <w:pPr>
        <w:rPr>
          <w:lang w:val="de-DE"/>
        </w:rPr>
      </w:pPr>
      <w:r>
        <w:rPr>
          <w:lang w:val="de-DE"/>
        </w:rPr>
        <w:pict w14:anchorId="721B9446">
          <v:rect id="_x0000_i1025" style="width:0;height:1.5pt" o:hralign="center" o:hrstd="t" o:hr="t" fillcolor="#a0a0a0" stroked="f"/>
        </w:pict>
      </w:r>
    </w:p>
    <w:p w14:paraId="4CF9BF0C" w14:textId="77777777" w:rsidR="003B4CAF" w:rsidRPr="003B4CAF" w:rsidRDefault="003B4CAF" w:rsidP="003B4CAF">
      <w:pPr>
        <w:rPr>
          <w:lang w:val="de-DE"/>
        </w:rPr>
      </w:pPr>
      <w:r w:rsidRPr="003B4CAF">
        <w:rPr>
          <w:b/>
          <w:bCs/>
          <w:lang w:val="de-DE"/>
        </w:rPr>
        <w:t>Ansprechpartner*in:</w:t>
      </w:r>
    </w:p>
    <w:p w14:paraId="24231ACF" w14:textId="77777777" w:rsidR="003B4CAF" w:rsidRPr="003B4CAF" w:rsidRDefault="0048453F" w:rsidP="003B4CAF">
      <w:pPr>
        <w:rPr>
          <w:lang w:val="de-DE"/>
        </w:rPr>
      </w:pPr>
      <w:r>
        <w:rPr>
          <w:lang w:val="de-DE"/>
        </w:rPr>
        <w:pict w14:anchorId="27144395">
          <v:rect id="_x0000_i1026" style="width:0;height:1.5pt" o:hralign="center" o:hrstd="t" o:hr="t" fillcolor="#a0a0a0" stroked="f"/>
        </w:pict>
      </w:r>
    </w:p>
    <w:p w14:paraId="71C83CCE" w14:textId="77777777" w:rsidR="003B4CAF" w:rsidRPr="003B4CAF" w:rsidRDefault="003B4CAF" w:rsidP="003B4CAF">
      <w:pPr>
        <w:rPr>
          <w:lang w:val="de-DE"/>
        </w:rPr>
      </w:pPr>
      <w:r w:rsidRPr="003B4CAF">
        <w:rPr>
          <w:b/>
          <w:bCs/>
          <w:lang w:val="de-DE"/>
        </w:rPr>
        <w:t>Straße, PLZ, Ort:</w:t>
      </w:r>
    </w:p>
    <w:p w14:paraId="29D1A139" w14:textId="77777777" w:rsidR="003B4CAF" w:rsidRPr="003B4CAF" w:rsidRDefault="0048453F" w:rsidP="003B4CAF">
      <w:pPr>
        <w:rPr>
          <w:lang w:val="de-DE"/>
        </w:rPr>
      </w:pPr>
      <w:r>
        <w:rPr>
          <w:lang w:val="de-DE"/>
        </w:rPr>
        <w:pict w14:anchorId="4F71723C">
          <v:rect id="_x0000_i1027" style="width:0;height:1.5pt" o:hralign="center" o:hrstd="t" o:hr="t" fillcolor="#a0a0a0" stroked="f"/>
        </w:pict>
      </w:r>
    </w:p>
    <w:p w14:paraId="6A22E13E" w14:textId="77777777" w:rsidR="003B4CAF" w:rsidRPr="003B4CAF" w:rsidRDefault="003B4CAF" w:rsidP="003B4CAF">
      <w:pPr>
        <w:rPr>
          <w:lang w:val="de-DE"/>
        </w:rPr>
      </w:pPr>
      <w:r w:rsidRPr="003B4CAF">
        <w:rPr>
          <w:b/>
          <w:bCs/>
          <w:lang w:val="de-DE"/>
        </w:rPr>
        <w:t>Telefon:</w:t>
      </w:r>
    </w:p>
    <w:p w14:paraId="57280A0C" w14:textId="77777777" w:rsidR="003B4CAF" w:rsidRPr="003B4CAF" w:rsidRDefault="0048453F" w:rsidP="003B4CAF">
      <w:pPr>
        <w:rPr>
          <w:lang w:val="de-DE"/>
        </w:rPr>
      </w:pPr>
      <w:r>
        <w:rPr>
          <w:lang w:val="de-DE"/>
        </w:rPr>
        <w:pict w14:anchorId="4E385019">
          <v:rect id="_x0000_i1028" style="width:0;height:1.5pt" o:hralign="center" o:hrstd="t" o:hr="t" fillcolor="#a0a0a0" stroked="f"/>
        </w:pict>
      </w:r>
    </w:p>
    <w:p w14:paraId="27F7CE1E" w14:textId="77777777" w:rsidR="006D6AC6" w:rsidRDefault="006D6AC6" w:rsidP="003B4CAF">
      <w:pPr>
        <w:rPr>
          <w:b/>
          <w:bCs/>
          <w:lang w:val="de-DE"/>
        </w:rPr>
      </w:pPr>
    </w:p>
    <w:p w14:paraId="3616583C" w14:textId="163FC867" w:rsidR="003B4CAF" w:rsidRPr="003B4CAF" w:rsidRDefault="003B4CAF" w:rsidP="003B4CAF">
      <w:pPr>
        <w:rPr>
          <w:lang w:val="de-DE"/>
        </w:rPr>
      </w:pPr>
      <w:r w:rsidRPr="003B4CAF">
        <w:rPr>
          <w:b/>
          <w:bCs/>
          <w:lang w:val="de-DE"/>
        </w:rPr>
        <w:lastRenderedPageBreak/>
        <w:t>E-Mail:</w:t>
      </w:r>
    </w:p>
    <w:p w14:paraId="1243C287" w14:textId="77777777" w:rsidR="003B4CAF" w:rsidRPr="003B4CAF" w:rsidRDefault="0048453F" w:rsidP="003B4CAF">
      <w:pPr>
        <w:rPr>
          <w:lang w:val="de-DE"/>
        </w:rPr>
      </w:pPr>
      <w:r>
        <w:rPr>
          <w:lang w:val="de-DE"/>
        </w:rPr>
        <w:pict w14:anchorId="6165A2ED">
          <v:rect id="_x0000_i1029" style="width:0;height:1.5pt" o:hralign="center" o:hrstd="t" o:hr="t" fillcolor="#a0a0a0" stroked="f"/>
        </w:pict>
      </w:r>
    </w:p>
    <w:p w14:paraId="4C8A6885" w14:textId="77777777" w:rsidR="003B4CAF" w:rsidRPr="003B4CAF" w:rsidRDefault="003B4CAF" w:rsidP="003B4CAF">
      <w:pPr>
        <w:rPr>
          <w:lang w:val="de-DE"/>
        </w:rPr>
      </w:pPr>
      <w:r w:rsidRPr="003B4CAF">
        <w:rPr>
          <w:b/>
          <w:bCs/>
          <w:lang w:val="de-DE"/>
        </w:rPr>
        <w:t>Internetseite (optional):</w:t>
      </w:r>
    </w:p>
    <w:p w14:paraId="463FBB57" w14:textId="5185D812" w:rsidR="003B4CAF" w:rsidRPr="003B4CAF" w:rsidRDefault="0048453F">
      <w:pPr>
        <w:rPr>
          <w:lang w:val="de-DE"/>
        </w:rPr>
      </w:pPr>
      <w:r>
        <w:rPr>
          <w:lang w:val="de-DE"/>
        </w:rPr>
        <w:pict w14:anchorId="132841C1">
          <v:rect id="_x0000_i1030" style="width:0;height:1.5pt" o:hralign="center" o:hrstd="t" o:hr="t" fillcolor="#a0a0a0" stroked="f"/>
        </w:pict>
      </w:r>
    </w:p>
    <w:p w14:paraId="430674AB" w14:textId="77777777" w:rsidR="00EE632B" w:rsidRPr="003B4CAF" w:rsidRDefault="00EE632B">
      <w:pPr>
        <w:rPr>
          <w:sz w:val="28"/>
          <w:szCs w:val="28"/>
        </w:rPr>
      </w:pPr>
    </w:p>
    <w:p w14:paraId="6671AB69" w14:textId="28742418" w:rsidR="0012183D" w:rsidRPr="003B4CAF" w:rsidRDefault="004F551F">
      <w:pPr>
        <w:pStyle w:val="berschrift2"/>
        <w:rPr>
          <w:sz w:val="28"/>
          <w:szCs w:val="28"/>
        </w:rPr>
      </w:pPr>
      <w:proofErr w:type="spellStart"/>
      <w:r w:rsidRPr="003B4CAF">
        <w:rPr>
          <w:sz w:val="28"/>
          <w:szCs w:val="28"/>
        </w:rPr>
        <w:t>Angaben</w:t>
      </w:r>
      <w:proofErr w:type="spellEnd"/>
      <w:r w:rsidRPr="003B4CAF">
        <w:rPr>
          <w:sz w:val="28"/>
          <w:szCs w:val="28"/>
        </w:rPr>
        <w:t xml:space="preserve"> </w:t>
      </w:r>
      <w:proofErr w:type="spellStart"/>
      <w:r w:rsidRPr="003B4CAF">
        <w:rPr>
          <w:sz w:val="28"/>
          <w:szCs w:val="28"/>
        </w:rPr>
        <w:t>zur</w:t>
      </w:r>
      <w:proofErr w:type="spellEnd"/>
      <w:r w:rsidRPr="003B4CAF">
        <w:rPr>
          <w:sz w:val="28"/>
          <w:szCs w:val="28"/>
        </w:rPr>
        <w:t xml:space="preserve"> </w:t>
      </w:r>
      <w:proofErr w:type="spellStart"/>
      <w:r w:rsidRPr="003B4CAF">
        <w:rPr>
          <w:sz w:val="28"/>
          <w:szCs w:val="28"/>
        </w:rPr>
        <w:t>Teilnahme</w:t>
      </w:r>
      <w:proofErr w:type="spellEnd"/>
      <w:r w:rsidR="00EE632B" w:rsidRPr="003B4CAF">
        <w:rPr>
          <w:sz w:val="28"/>
          <w:szCs w:val="28"/>
        </w:rPr>
        <w:t>:</w:t>
      </w:r>
    </w:p>
    <w:p w14:paraId="77BF4A88" w14:textId="77777777" w:rsidR="003B4CAF" w:rsidRDefault="003B4CAF" w:rsidP="003B4CAF"/>
    <w:p w14:paraId="593943CE" w14:textId="3CD2A2E0" w:rsidR="003B4CAF" w:rsidRPr="003B4CAF" w:rsidRDefault="003B4CAF" w:rsidP="003B4CAF">
      <w:pPr>
        <w:rPr>
          <w:sz w:val="24"/>
          <w:szCs w:val="24"/>
          <w:lang w:val="de-DE"/>
        </w:rPr>
      </w:pPr>
      <w:r w:rsidRPr="003B4CAF">
        <w:rPr>
          <w:rFonts w:ascii="Segoe UI Symbol" w:hAnsi="Segoe UI Symbol" w:cs="Segoe UI Symbol"/>
          <w:sz w:val="24"/>
          <w:szCs w:val="24"/>
          <w:lang w:val="de-DE"/>
        </w:rPr>
        <w:t>☐</w:t>
      </w:r>
      <w:r w:rsidRPr="003B4CAF">
        <w:rPr>
          <w:sz w:val="24"/>
          <w:szCs w:val="24"/>
          <w:lang w:val="de-DE"/>
        </w:rPr>
        <w:t xml:space="preserve"> Wir nehmen am Stadtteilfest Flugfeld 2026 teil</w:t>
      </w:r>
    </w:p>
    <w:p w14:paraId="5DABDE5E" w14:textId="77777777" w:rsidR="003B4CAF" w:rsidRPr="003B4CAF" w:rsidRDefault="003B4CAF" w:rsidP="003B4CAF">
      <w:pPr>
        <w:rPr>
          <w:sz w:val="24"/>
          <w:szCs w:val="24"/>
          <w:lang w:val="de-DE"/>
        </w:rPr>
      </w:pPr>
    </w:p>
    <w:p w14:paraId="04EB2542" w14:textId="77777777" w:rsidR="003B4CAF" w:rsidRPr="003B4CAF" w:rsidRDefault="003B4CAF" w:rsidP="003B4CAF">
      <w:pPr>
        <w:rPr>
          <w:sz w:val="24"/>
          <w:szCs w:val="24"/>
          <w:lang w:val="de-DE"/>
        </w:rPr>
      </w:pPr>
      <w:r w:rsidRPr="003B4CAF">
        <w:rPr>
          <w:b/>
          <w:bCs/>
          <w:sz w:val="24"/>
          <w:szCs w:val="24"/>
          <w:lang w:val="de-DE"/>
        </w:rPr>
        <w:t>Wir bieten Folgendes an:</w:t>
      </w:r>
    </w:p>
    <w:p w14:paraId="4C010C46" w14:textId="18026592" w:rsidR="003B4CAF" w:rsidRPr="003B4CAF" w:rsidRDefault="003B4CAF" w:rsidP="003B4CAF">
      <w:pPr>
        <w:rPr>
          <w:sz w:val="24"/>
          <w:szCs w:val="24"/>
          <w:lang w:val="de-DE"/>
        </w:rPr>
      </w:pPr>
      <w:r w:rsidRPr="003B4CAF">
        <w:rPr>
          <w:rFonts w:ascii="Segoe UI Symbol" w:hAnsi="Segoe UI Symbol" w:cs="Segoe UI Symbol"/>
          <w:sz w:val="24"/>
          <w:szCs w:val="24"/>
          <w:lang w:val="de-DE"/>
        </w:rPr>
        <w:t>☐</w:t>
      </w:r>
      <w:r w:rsidRPr="003B4CAF">
        <w:rPr>
          <w:sz w:val="24"/>
          <w:szCs w:val="24"/>
          <w:lang w:val="de-DE"/>
        </w:rPr>
        <w:t xml:space="preserve"> Informationsstand</w:t>
      </w:r>
      <w:r w:rsidRPr="003B4CAF">
        <w:rPr>
          <w:sz w:val="24"/>
          <w:szCs w:val="24"/>
          <w:lang w:val="de-DE"/>
        </w:rPr>
        <w:br/>
      </w:r>
      <w:r w:rsidRPr="003B4CAF">
        <w:rPr>
          <w:rFonts w:ascii="Segoe UI Symbol" w:hAnsi="Segoe UI Symbol" w:cs="Segoe UI Symbol"/>
          <w:sz w:val="24"/>
          <w:szCs w:val="24"/>
          <w:lang w:val="de-DE"/>
        </w:rPr>
        <w:t>☐</w:t>
      </w:r>
      <w:r w:rsidRPr="003B4CAF">
        <w:rPr>
          <w:sz w:val="24"/>
          <w:szCs w:val="24"/>
          <w:lang w:val="de-DE"/>
        </w:rPr>
        <w:t xml:space="preserve"> Kinderprogramm</w:t>
      </w:r>
      <w:r w:rsidRPr="003B4CAF">
        <w:rPr>
          <w:sz w:val="24"/>
          <w:szCs w:val="24"/>
          <w:lang w:val="de-DE"/>
        </w:rPr>
        <w:br/>
      </w:r>
      <w:r w:rsidRPr="003B4CAF">
        <w:rPr>
          <w:rFonts w:ascii="Segoe UI Symbol" w:hAnsi="Segoe UI Symbol" w:cs="Segoe UI Symbol"/>
          <w:sz w:val="24"/>
          <w:szCs w:val="24"/>
          <w:lang w:val="de-DE"/>
        </w:rPr>
        <w:t>☐</w:t>
      </w:r>
      <w:r w:rsidRPr="003B4CAF">
        <w:rPr>
          <w:sz w:val="24"/>
          <w:szCs w:val="24"/>
          <w:lang w:val="de-DE"/>
        </w:rPr>
        <w:t xml:space="preserve"> Bewirtung</w:t>
      </w:r>
      <w:r w:rsidRPr="003B4CAF">
        <w:rPr>
          <w:sz w:val="24"/>
          <w:szCs w:val="24"/>
          <w:lang w:val="de-DE"/>
        </w:rPr>
        <w:br/>
      </w:r>
      <w:r w:rsidRPr="003B4CAF">
        <w:rPr>
          <w:rFonts w:ascii="Segoe UI Symbol" w:hAnsi="Segoe UI Symbol" w:cs="Segoe UI Symbol"/>
          <w:sz w:val="24"/>
          <w:szCs w:val="24"/>
          <w:lang w:val="de-DE"/>
        </w:rPr>
        <w:t>☐</w:t>
      </w:r>
      <w:r w:rsidRPr="003B4CAF">
        <w:rPr>
          <w:sz w:val="24"/>
          <w:szCs w:val="24"/>
          <w:lang w:val="de-DE"/>
        </w:rPr>
        <w:t xml:space="preserve"> B</w:t>
      </w:r>
      <w:r w:rsidRPr="003B4CAF">
        <w:rPr>
          <w:rFonts w:ascii="Cambria" w:hAnsi="Cambria" w:cs="Cambria"/>
          <w:sz w:val="24"/>
          <w:szCs w:val="24"/>
          <w:lang w:val="de-DE"/>
        </w:rPr>
        <w:t>ü</w:t>
      </w:r>
      <w:r w:rsidRPr="003B4CAF">
        <w:rPr>
          <w:sz w:val="24"/>
          <w:szCs w:val="24"/>
          <w:lang w:val="de-DE"/>
        </w:rPr>
        <w:t>hnenprogramm</w:t>
      </w:r>
      <w:r w:rsidRPr="003B4CAF">
        <w:rPr>
          <w:sz w:val="24"/>
          <w:szCs w:val="24"/>
          <w:lang w:val="de-DE"/>
        </w:rPr>
        <w:br/>
      </w:r>
      <w:r w:rsidRPr="003B4CAF">
        <w:rPr>
          <w:rFonts w:ascii="Segoe UI Symbol" w:hAnsi="Segoe UI Symbol" w:cs="Segoe UI Symbol"/>
          <w:sz w:val="24"/>
          <w:szCs w:val="24"/>
          <w:lang w:val="de-DE"/>
        </w:rPr>
        <w:t>☐</w:t>
      </w:r>
      <w:r w:rsidRPr="003B4CAF">
        <w:rPr>
          <w:sz w:val="24"/>
          <w:szCs w:val="24"/>
          <w:lang w:val="de-DE"/>
        </w:rPr>
        <w:t xml:space="preserve"> Kreativ- und Mitmachaktion</w:t>
      </w:r>
      <w:r w:rsidRPr="003B4CAF">
        <w:rPr>
          <w:sz w:val="24"/>
          <w:szCs w:val="24"/>
          <w:lang w:val="de-DE"/>
        </w:rPr>
        <w:br/>
      </w:r>
      <w:r w:rsidRPr="003B4CAF">
        <w:rPr>
          <w:rFonts w:ascii="Segoe UI Symbol" w:hAnsi="Segoe UI Symbol" w:cs="Segoe UI Symbol"/>
          <w:sz w:val="24"/>
          <w:szCs w:val="24"/>
          <w:lang w:val="de-DE"/>
        </w:rPr>
        <w:t>☐</w:t>
      </w:r>
      <w:r w:rsidRPr="003B4CAF">
        <w:rPr>
          <w:sz w:val="24"/>
          <w:szCs w:val="24"/>
          <w:lang w:val="de-DE"/>
        </w:rPr>
        <w:t xml:space="preserve"> Unterst</w:t>
      </w:r>
      <w:r w:rsidRPr="003B4CAF">
        <w:rPr>
          <w:rFonts w:ascii="Cambria" w:hAnsi="Cambria" w:cs="Cambria"/>
          <w:sz w:val="24"/>
          <w:szCs w:val="24"/>
          <w:lang w:val="de-DE"/>
        </w:rPr>
        <w:t>ü</w:t>
      </w:r>
      <w:r w:rsidRPr="003B4CAF">
        <w:rPr>
          <w:sz w:val="24"/>
          <w:szCs w:val="24"/>
          <w:lang w:val="de-DE"/>
        </w:rPr>
        <w:t>tzung als helfende H</w:t>
      </w:r>
      <w:r w:rsidRPr="003B4CAF">
        <w:rPr>
          <w:rFonts w:ascii="Cambria" w:hAnsi="Cambria" w:cs="Cambria"/>
          <w:sz w:val="24"/>
          <w:szCs w:val="24"/>
          <w:lang w:val="de-DE"/>
        </w:rPr>
        <w:t>ä</w:t>
      </w:r>
      <w:r w:rsidRPr="003B4CAF">
        <w:rPr>
          <w:sz w:val="24"/>
          <w:szCs w:val="24"/>
          <w:lang w:val="de-DE"/>
        </w:rPr>
        <w:t>nde</w:t>
      </w:r>
      <w:r w:rsidRPr="003B4CAF">
        <w:rPr>
          <w:sz w:val="24"/>
          <w:szCs w:val="24"/>
          <w:lang w:val="de-DE"/>
        </w:rPr>
        <w:br/>
      </w:r>
      <w:r w:rsidRPr="003B4CAF">
        <w:rPr>
          <w:rFonts w:ascii="Segoe UI Symbol" w:hAnsi="Segoe UI Symbol" w:cs="Segoe UI Symbol"/>
          <w:sz w:val="24"/>
          <w:szCs w:val="24"/>
          <w:lang w:val="de-DE"/>
        </w:rPr>
        <w:t>☐</w:t>
      </w:r>
      <w:r w:rsidRPr="003B4CAF">
        <w:rPr>
          <w:sz w:val="24"/>
          <w:szCs w:val="24"/>
          <w:lang w:val="de-DE"/>
        </w:rPr>
        <w:t xml:space="preserve"> Sonstiges: ______________________________</w:t>
      </w:r>
      <w:r>
        <w:rPr>
          <w:sz w:val="24"/>
          <w:szCs w:val="24"/>
          <w:lang w:val="de-DE"/>
        </w:rPr>
        <w:t>____</w:t>
      </w:r>
    </w:p>
    <w:p w14:paraId="6BFB0BFD" w14:textId="77777777" w:rsidR="00E416ED" w:rsidRDefault="00E416ED">
      <w:pPr>
        <w:pStyle w:val="berschrift2"/>
      </w:pPr>
    </w:p>
    <w:p w14:paraId="5C07291D" w14:textId="07A3C568" w:rsidR="0012183D" w:rsidRDefault="00E416ED">
      <w:pPr>
        <w:pStyle w:val="berschrift2"/>
      </w:pPr>
      <w:proofErr w:type="spellStart"/>
      <w:r>
        <w:t>Stände</w:t>
      </w:r>
      <w:proofErr w:type="spellEnd"/>
      <w:r>
        <w:t xml:space="preserve"> </w:t>
      </w:r>
      <w:r w:rsidR="006D6AC6">
        <w:t xml:space="preserve">/ </w:t>
      </w:r>
      <w:proofErr w:type="spellStart"/>
      <w:r w:rsidR="006D6AC6">
        <w:t>Angebot</w:t>
      </w:r>
      <w:proofErr w:type="spellEnd"/>
      <w:r w:rsidR="006D6AC6">
        <w:t xml:space="preserve">: </w:t>
      </w:r>
    </w:p>
    <w:p w14:paraId="73D05720" w14:textId="77777777" w:rsidR="00E416ED" w:rsidRDefault="00E416ED"/>
    <w:p w14:paraId="7CD6A49A" w14:textId="77A43E74" w:rsidR="003B4CAF" w:rsidRPr="003B4CAF" w:rsidRDefault="003B4CAF" w:rsidP="003B4CAF">
      <w:pPr>
        <w:rPr>
          <w:lang w:val="de-DE"/>
        </w:rPr>
      </w:pPr>
      <w:r w:rsidRPr="003B4CAF">
        <w:rPr>
          <w:b/>
          <w:bCs/>
          <w:lang w:val="de-DE"/>
        </w:rPr>
        <w:t>Name des Standes</w:t>
      </w:r>
      <w:r w:rsidR="006D6AC6">
        <w:rPr>
          <w:b/>
          <w:bCs/>
          <w:lang w:val="de-DE"/>
        </w:rPr>
        <w:t>/ Angebots?</w:t>
      </w:r>
    </w:p>
    <w:p w14:paraId="5175AFB7" w14:textId="77777777" w:rsidR="003B4CAF" w:rsidRPr="003B4CAF" w:rsidRDefault="0048453F" w:rsidP="003B4CAF">
      <w:pPr>
        <w:rPr>
          <w:lang w:val="de-DE"/>
        </w:rPr>
      </w:pPr>
      <w:r>
        <w:rPr>
          <w:lang w:val="de-DE"/>
        </w:rPr>
        <w:pict w14:anchorId="5921F962">
          <v:rect id="_x0000_i1031" style="width:0;height:1.5pt" o:hralign="center" o:hrstd="t" o:hr="t" fillcolor="#a0a0a0" stroked="f"/>
        </w:pict>
      </w:r>
    </w:p>
    <w:p w14:paraId="2AE2DE6B" w14:textId="77777777" w:rsidR="003B4CAF" w:rsidRPr="003B4CAF" w:rsidRDefault="003B4CAF" w:rsidP="003B4CAF">
      <w:pPr>
        <w:rPr>
          <w:lang w:val="de-DE"/>
        </w:rPr>
      </w:pPr>
      <w:r w:rsidRPr="003B4CAF">
        <w:rPr>
          <w:b/>
          <w:bCs/>
          <w:lang w:val="de-DE"/>
        </w:rPr>
        <w:t>Was bieten Sie an?</w:t>
      </w:r>
    </w:p>
    <w:p w14:paraId="5C7B67AA" w14:textId="77777777" w:rsidR="003B4CAF" w:rsidRPr="003B4CAF" w:rsidRDefault="0048453F" w:rsidP="003B4CAF">
      <w:pPr>
        <w:rPr>
          <w:lang w:val="de-DE"/>
        </w:rPr>
      </w:pPr>
      <w:r>
        <w:rPr>
          <w:lang w:val="de-DE"/>
        </w:rPr>
        <w:pict w14:anchorId="076911A0">
          <v:rect id="_x0000_i1032" style="width:0;height:1.5pt" o:hralign="center" o:hrstd="t" o:hr="t" fillcolor="#a0a0a0" stroked="f"/>
        </w:pict>
      </w:r>
    </w:p>
    <w:p w14:paraId="0544D8D3" w14:textId="77777777" w:rsidR="003B4CAF" w:rsidRPr="003B4CAF" w:rsidRDefault="003B4CAF" w:rsidP="003B4CAF">
      <w:pPr>
        <w:rPr>
          <w:lang w:val="de-DE"/>
        </w:rPr>
      </w:pPr>
      <w:r w:rsidRPr="003B4CAF">
        <w:rPr>
          <w:b/>
          <w:bCs/>
          <w:lang w:val="de-DE"/>
        </w:rPr>
        <w:t>Kurzbeschreibung des Angebots:</w:t>
      </w:r>
    </w:p>
    <w:p w14:paraId="3D3ED7FE" w14:textId="77777777" w:rsidR="003B4CAF" w:rsidRDefault="0048453F" w:rsidP="003B4CAF">
      <w:pPr>
        <w:rPr>
          <w:lang w:val="de-DE"/>
        </w:rPr>
      </w:pPr>
      <w:r>
        <w:rPr>
          <w:lang w:val="de-DE"/>
        </w:rPr>
        <w:pict w14:anchorId="64D5E59D">
          <v:rect id="_x0000_i1033" style="width:0;height:1.5pt" o:hralign="center" o:hrstd="t" o:hr="t" fillcolor="#a0a0a0" stroked="f"/>
        </w:pict>
      </w:r>
    </w:p>
    <w:p w14:paraId="55B283DA" w14:textId="10E42C87" w:rsidR="003B4CAF" w:rsidRDefault="0048453F" w:rsidP="003B4CAF">
      <w:pPr>
        <w:rPr>
          <w:lang w:val="de-DE"/>
        </w:rPr>
      </w:pPr>
      <w:r>
        <w:rPr>
          <w:lang w:val="de-DE"/>
        </w:rPr>
        <w:pict w14:anchorId="3C79349D">
          <v:rect id="_x0000_i1034" style="width:0;height:1.5pt" o:hralign="center" o:hrstd="t" o:hr="t" fillcolor="#a0a0a0" stroked="f"/>
        </w:pict>
      </w:r>
    </w:p>
    <w:p w14:paraId="63A39248" w14:textId="64353EA6" w:rsidR="003B4CAF" w:rsidRDefault="0048453F" w:rsidP="003B4CAF">
      <w:pPr>
        <w:rPr>
          <w:lang w:val="de-DE"/>
        </w:rPr>
      </w:pPr>
      <w:r>
        <w:rPr>
          <w:lang w:val="de-DE"/>
        </w:rPr>
        <w:pict w14:anchorId="152FC214">
          <v:rect id="_x0000_i1035" style="width:0;height:1.5pt" o:hralign="center" o:hrstd="t" o:hr="t" fillcolor="#a0a0a0" stroked="f"/>
        </w:pict>
      </w:r>
    </w:p>
    <w:p w14:paraId="51A5A84F" w14:textId="5BE82819" w:rsidR="003B4CAF" w:rsidRDefault="0048453F" w:rsidP="003B4CAF">
      <w:pPr>
        <w:rPr>
          <w:lang w:val="de-DE"/>
        </w:rPr>
      </w:pPr>
      <w:r>
        <w:rPr>
          <w:lang w:val="de-DE"/>
        </w:rPr>
        <w:pict w14:anchorId="5B36AF19">
          <v:rect id="_x0000_i1036" style="width:0;height:1.5pt" o:hralign="center" o:hrstd="t" o:hr="t" fillcolor="#a0a0a0" stroked="f"/>
        </w:pict>
      </w:r>
    </w:p>
    <w:p w14:paraId="2EF0EDBC" w14:textId="77777777" w:rsidR="003B4CAF" w:rsidRDefault="003B4CAF" w:rsidP="003B4CAF">
      <w:pPr>
        <w:rPr>
          <w:b/>
          <w:bCs/>
          <w:lang w:val="de-DE"/>
        </w:rPr>
      </w:pPr>
      <w:r w:rsidRPr="003B4CAF">
        <w:rPr>
          <w:b/>
          <w:bCs/>
          <w:lang w:val="de-DE"/>
        </w:rPr>
        <w:t>Anzahl der Mitwirkenden:</w:t>
      </w:r>
    </w:p>
    <w:p w14:paraId="3B4FFB8E" w14:textId="699E419D" w:rsidR="003B4CAF" w:rsidRDefault="0048453F" w:rsidP="003B4CAF">
      <w:pPr>
        <w:rPr>
          <w:lang w:val="de-DE"/>
        </w:rPr>
      </w:pPr>
      <w:r>
        <w:rPr>
          <w:lang w:val="de-DE"/>
        </w:rPr>
        <w:pict w14:anchorId="06724A6F">
          <v:rect id="_x0000_i1037" style="width:0;height:1.5pt" o:hralign="center" o:hrstd="t" o:hr="t" fillcolor="#a0a0a0" stroked="f"/>
        </w:pict>
      </w:r>
    </w:p>
    <w:p w14:paraId="384AB4E2" w14:textId="77777777" w:rsidR="000E2603" w:rsidRPr="003B4CAF" w:rsidRDefault="000E2603" w:rsidP="003B4CAF">
      <w:pPr>
        <w:rPr>
          <w:lang w:val="de-DE"/>
        </w:rPr>
      </w:pPr>
    </w:p>
    <w:p w14:paraId="76B1548F" w14:textId="77777777" w:rsidR="00E416ED" w:rsidRDefault="00E416ED"/>
    <w:p w14:paraId="2D8C52D4" w14:textId="5168629B" w:rsidR="0012183D" w:rsidRDefault="004F551F">
      <w:pPr>
        <w:pStyle w:val="berschrift2"/>
      </w:pPr>
      <w:proofErr w:type="spellStart"/>
      <w:r>
        <w:t>Bedarf</w:t>
      </w:r>
      <w:proofErr w:type="spellEnd"/>
      <w:r>
        <w:t xml:space="preserve"> für die </w:t>
      </w:r>
      <w:proofErr w:type="spellStart"/>
      <w:r>
        <w:t>St</w:t>
      </w:r>
      <w:r w:rsidR="00E416ED">
        <w:t>ände</w:t>
      </w:r>
      <w:proofErr w:type="spellEnd"/>
      <w:r w:rsidR="00E416ED">
        <w:t>:</w:t>
      </w:r>
    </w:p>
    <w:p w14:paraId="4F0A9B45" w14:textId="4B1D46D2" w:rsidR="003B4CAF" w:rsidRPr="003B4CAF" w:rsidRDefault="003B4CAF" w:rsidP="003B4CAF">
      <w:pPr>
        <w:rPr>
          <w:b/>
          <w:bCs/>
          <w:lang w:val="de-DE"/>
        </w:rPr>
      </w:pPr>
    </w:p>
    <w:p w14:paraId="64F38470" w14:textId="77777777" w:rsidR="003B4CAF" w:rsidRPr="003B4CAF" w:rsidRDefault="003B4CAF" w:rsidP="003B4CAF">
      <w:pPr>
        <w:rPr>
          <w:lang w:val="de-DE"/>
        </w:rPr>
      </w:pPr>
      <w:r w:rsidRPr="003B4CAF">
        <w:rPr>
          <w:b/>
          <w:bCs/>
          <w:lang w:val="de-DE"/>
        </w:rPr>
        <w:t>Bitte geben Sie Ihren Bedarf an:</w:t>
      </w:r>
    </w:p>
    <w:p w14:paraId="6D2CA117" w14:textId="77777777" w:rsidR="003B4CAF" w:rsidRPr="003B4CAF" w:rsidRDefault="003B4CAF" w:rsidP="003B4CAF">
      <w:pPr>
        <w:rPr>
          <w:lang w:val="de-DE"/>
        </w:rPr>
      </w:pPr>
      <w:r w:rsidRPr="003B4CAF">
        <w:rPr>
          <w:rFonts w:ascii="Segoe UI Symbol" w:hAnsi="Segoe UI Symbol" w:cs="Segoe UI Symbol"/>
          <w:lang w:val="de-DE"/>
        </w:rPr>
        <w:t>☐</w:t>
      </w:r>
      <w:r w:rsidRPr="003B4CAF">
        <w:rPr>
          <w:lang w:val="de-DE"/>
        </w:rPr>
        <w:t xml:space="preserve"> </w:t>
      </w:r>
      <w:r w:rsidRPr="003B4CAF">
        <w:rPr>
          <w:b/>
          <w:bCs/>
          <w:lang w:val="de-DE"/>
        </w:rPr>
        <w:t>Tische</w:t>
      </w:r>
      <w:r w:rsidRPr="003B4CAF">
        <w:rPr>
          <w:lang w:val="de-DE"/>
        </w:rPr>
        <w:t xml:space="preserve"> (maximal 1 Tisch pro Stand):</w:t>
      </w:r>
    </w:p>
    <w:p w14:paraId="642CD87A" w14:textId="77777777" w:rsidR="003B4CAF" w:rsidRPr="003B4CAF" w:rsidRDefault="0048453F" w:rsidP="003B4CAF">
      <w:pPr>
        <w:rPr>
          <w:lang w:val="de-DE"/>
        </w:rPr>
      </w:pPr>
      <w:r>
        <w:rPr>
          <w:lang w:val="de-DE"/>
        </w:rPr>
        <w:pict w14:anchorId="48E1AF00">
          <v:rect id="_x0000_i1038" style="width:0;height:1.5pt" o:hralign="center" o:hrstd="t" o:hr="t" fillcolor="#a0a0a0" stroked="f"/>
        </w:pict>
      </w:r>
    </w:p>
    <w:p w14:paraId="2779BA88" w14:textId="77777777" w:rsidR="003B4CAF" w:rsidRPr="003B4CAF" w:rsidRDefault="003B4CAF" w:rsidP="003B4CAF">
      <w:pPr>
        <w:rPr>
          <w:lang w:val="de-DE"/>
        </w:rPr>
      </w:pPr>
      <w:r w:rsidRPr="003B4CAF">
        <w:rPr>
          <w:rFonts w:ascii="Segoe UI Symbol" w:hAnsi="Segoe UI Symbol" w:cs="Segoe UI Symbol"/>
          <w:lang w:val="de-DE"/>
        </w:rPr>
        <w:t>☐</w:t>
      </w:r>
      <w:r w:rsidRPr="003B4CAF">
        <w:rPr>
          <w:lang w:val="de-DE"/>
        </w:rPr>
        <w:t xml:space="preserve"> </w:t>
      </w:r>
      <w:r w:rsidRPr="003B4CAF">
        <w:rPr>
          <w:b/>
          <w:bCs/>
          <w:lang w:val="de-DE"/>
        </w:rPr>
        <w:t>Stühle</w:t>
      </w:r>
      <w:r w:rsidRPr="003B4CAF">
        <w:rPr>
          <w:lang w:val="de-DE"/>
        </w:rPr>
        <w:t xml:space="preserve"> (maximal 4 Stühle pro Stand):</w:t>
      </w:r>
    </w:p>
    <w:p w14:paraId="03F5B0B4" w14:textId="77777777" w:rsidR="003B4CAF" w:rsidRPr="003B4CAF" w:rsidRDefault="0048453F" w:rsidP="003B4CAF">
      <w:pPr>
        <w:rPr>
          <w:lang w:val="de-DE"/>
        </w:rPr>
      </w:pPr>
      <w:r>
        <w:rPr>
          <w:lang w:val="de-DE"/>
        </w:rPr>
        <w:pict w14:anchorId="15037289">
          <v:rect id="_x0000_i1039" style="width:0;height:1.5pt" o:hralign="center" o:hrstd="t" o:hr="t" fillcolor="#a0a0a0" stroked="f"/>
        </w:pict>
      </w:r>
    </w:p>
    <w:p w14:paraId="03888CD6" w14:textId="77777777" w:rsidR="003B4CAF" w:rsidRPr="003B4CAF" w:rsidRDefault="003B4CAF" w:rsidP="003B4CAF">
      <w:pPr>
        <w:rPr>
          <w:lang w:val="de-DE"/>
        </w:rPr>
      </w:pPr>
      <w:r w:rsidRPr="003B4CAF">
        <w:rPr>
          <w:rFonts w:ascii="Segoe UI Symbol" w:hAnsi="Segoe UI Symbol" w:cs="Segoe UI Symbol"/>
          <w:lang w:val="de-DE"/>
        </w:rPr>
        <w:t>☐</w:t>
      </w:r>
      <w:r w:rsidRPr="003B4CAF">
        <w:rPr>
          <w:lang w:val="de-DE"/>
        </w:rPr>
        <w:t xml:space="preserve"> </w:t>
      </w:r>
      <w:r w:rsidRPr="003B4CAF">
        <w:rPr>
          <w:b/>
          <w:bCs/>
          <w:lang w:val="de-DE"/>
        </w:rPr>
        <w:t>Strom:</w:t>
      </w:r>
    </w:p>
    <w:p w14:paraId="288F9DFF" w14:textId="77777777" w:rsidR="003B4CAF" w:rsidRPr="003B4CAF" w:rsidRDefault="0048453F" w:rsidP="003B4CAF">
      <w:pPr>
        <w:rPr>
          <w:lang w:val="de-DE"/>
        </w:rPr>
      </w:pPr>
      <w:r>
        <w:rPr>
          <w:lang w:val="de-DE"/>
        </w:rPr>
        <w:pict w14:anchorId="404DBBF3">
          <v:rect id="_x0000_i1040" style="width:0;height:1.5pt" o:hralign="center" o:hrstd="t" o:hr="t" fillcolor="#a0a0a0" stroked="f"/>
        </w:pict>
      </w:r>
    </w:p>
    <w:p w14:paraId="28AD1894" w14:textId="77777777" w:rsidR="003B4CAF" w:rsidRPr="003B4CAF" w:rsidRDefault="003B4CAF" w:rsidP="003B4CAF">
      <w:pPr>
        <w:rPr>
          <w:lang w:val="de-DE"/>
        </w:rPr>
      </w:pPr>
      <w:r w:rsidRPr="003B4CAF">
        <w:rPr>
          <w:rFonts w:ascii="Segoe UI Symbol" w:hAnsi="Segoe UI Symbol" w:cs="Segoe UI Symbol"/>
          <w:lang w:val="de-DE"/>
        </w:rPr>
        <w:t>☐</w:t>
      </w:r>
      <w:r w:rsidRPr="003B4CAF">
        <w:rPr>
          <w:lang w:val="de-DE"/>
        </w:rPr>
        <w:t xml:space="preserve"> </w:t>
      </w:r>
      <w:r w:rsidRPr="003B4CAF">
        <w:rPr>
          <w:b/>
          <w:bCs/>
          <w:lang w:val="de-DE"/>
        </w:rPr>
        <w:t>Wasser:</w:t>
      </w:r>
    </w:p>
    <w:p w14:paraId="1394B08C" w14:textId="77777777" w:rsidR="003B4CAF" w:rsidRPr="003B4CAF" w:rsidRDefault="0048453F" w:rsidP="003B4CAF">
      <w:pPr>
        <w:rPr>
          <w:lang w:val="de-DE"/>
        </w:rPr>
      </w:pPr>
      <w:r>
        <w:rPr>
          <w:lang w:val="de-DE"/>
        </w:rPr>
        <w:pict w14:anchorId="01302C61">
          <v:rect id="_x0000_i1041" style="width:0;height:1.5pt" o:hralign="center" o:hrstd="t" o:hr="t" fillcolor="#a0a0a0" stroked="f"/>
        </w:pict>
      </w:r>
    </w:p>
    <w:p w14:paraId="4A45A8FA" w14:textId="77777777" w:rsidR="003B4CAF" w:rsidRPr="003B4CAF" w:rsidRDefault="003B4CAF" w:rsidP="003B4CAF">
      <w:pPr>
        <w:rPr>
          <w:lang w:val="de-DE"/>
        </w:rPr>
      </w:pPr>
      <w:r w:rsidRPr="003B4CAF">
        <w:rPr>
          <w:rFonts w:ascii="Segoe UI Symbol" w:hAnsi="Segoe UI Symbol" w:cs="Segoe UI Symbol"/>
          <w:lang w:val="de-DE"/>
        </w:rPr>
        <w:t>☐</w:t>
      </w:r>
      <w:r w:rsidRPr="003B4CAF">
        <w:rPr>
          <w:lang w:val="de-DE"/>
        </w:rPr>
        <w:t xml:space="preserve"> </w:t>
      </w:r>
      <w:r w:rsidRPr="003B4CAF">
        <w:rPr>
          <w:b/>
          <w:bCs/>
          <w:lang w:val="de-DE"/>
        </w:rPr>
        <w:t>Platzbedarf:</w:t>
      </w:r>
    </w:p>
    <w:p w14:paraId="6D70488C" w14:textId="77777777" w:rsidR="003B4CAF" w:rsidRDefault="0048453F" w:rsidP="003B4CAF">
      <w:pPr>
        <w:rPr>
          <w:lang w:val="de-DE"/>
        </w:rPr>
      </w:pPr>
      <w:r>
        <w:rPr>
          <w:lang w:val="de-DE"/>
        </w:rPr>
        <w:pict w14:anchorId="30232336">
          <v:rect id="_x0000_i1042" style="width:0;height:1.5pt" o:hralign="center" o:hrstd="t" o:hr="t" fillcolor="#a0a0a0" stroked="f"/>
        </w:pict>
      </w:r>
    </w:p>
    <w:p w14:paraId="330B55B3" w14:textId="77777777" w:rsidR="000E2603" w:rsidRPr="003B4CAF" w:rsidRDefault="000E2603" w:rsidP="003B4CAF">
      <w:pPr>
        <w:rPr>
          <w:lang w:val="de-DE"/>
        </w:rPr>
      </w:pPr>
    </w:p>
    <w:p w14:paraId="5F11603E" w14:textId="77777777" w:rsidR="00E416ED" w:rsidRDefault="00E416ED"/>
    <w:p w14:paraId="22D56055" w14:textId="4745995B" w:rsidR="0012183D" w:rsidRDefault="003B4CAF">
      <w:pPr>
        <w:pStyle w:val="berschrift2"/>
      </w:pPr>
      <w:proofErr w:type="spellStart"/>
      <w:r w:rsidRPr="003B4CAF">
        <w:t>Angaben</w:t>
      </w:r>
      <w:proofErr w:type="spellEnd"/>
      <w:r w:rsidRPr="003B4CAF">
        <w:t xml:space="preserve"> </w:t>
      </w:r>
      <w:proofErr w:type="spellStart"/>
      <w:r w:rsidRPr="003B4CAF">
        <w:t>zum</w:t>
      </w:r>
      <w:proofErr w:type="spellEnd"/>
      <w:r w:rsidRPr="003B4CAF">
        <w:t xml:space="preserve"> </w:t>
      </w:r>
      <w:proofErr w:type="spellStart"/>
      <w:r w:rsidRPr="003B4CAF">
        <w:t>Bühnenprogramm</w:t>
      </w:r>
      <w:proofErr w:type="spellEnd"/>
      <w:r>
        <w:t>:</w:t>
      </w:r>
    </w:p>
    <w:p w14:paraId="10D678A1" w14:textId="0633E45B" w:rsidR="00E416ED" w:rsidRPr="00E416ED" w:rsidRDefault="00E416ED" w:rsidP="003B4CAF"/>
    <w:p w14:paraId="6E3E5869" w14:textId="77777777" w:rsidR="003B4CAF" w:rsidRPr="003B4CAF" w:rsidRDefault="003B4CAF" w:rsidP="003B4CAF">
      <w:pPr>
        <w:rPr>
          <w:lang w:val="de-DE"/>
        </w:rPr>
      </w:pPr>
      <w:r w:rsidRPr="003B4CAF">
        <w:rPr>
          <w:b/>
          <w:bCs/>
          <w:lang w:val="de-DE"/>
        </w:rPr>
        <w:t>Name der Gruppe:</w:t>
      </w:r>
    </w:p>
    <w:p w14:paraId="68D2B1CC" w14:textId="77777777" w:rsidR="003B4CAF" w:rsidRPr="003B4CAF" w:rsidRDefault="0048453F" w:rsidP="003B4CAF">
      <w:pPr>
        <w:rPr>
          <w:lang w:val="de-DE"/>
        </w:rPr>
      </w:pPr>
      <w:r>
        <w:rPr>
          <w:lang w:val="de-DE"/>
        </w:rPr>
        <w:pict w14:anchorId="18B202E7">
          <v:rect id="_x0000_i1043" style="width:0;height:1.5pt" o:hralign="center" o:hrstd="t" o:hr="t" fillcolor="#a0a0a0" stroked="f"/>
        </w:pict>
      </w:r>
    </w:p>
    <w:p w14:paraId="6FF2E9B5" w14:textId="77777777" w:rsidR="00923244" w:rsidRDefault="00923244" w:rsidP="003B4CAF">
      <w:pPr>
        <w:rPr>
          <w:b/>
          <w:bCs/>
          <w:lang w:val="de-DE"/>
        </w:rPr>
      </w:pPr>
    </w:p>
    <w:p w14:paraId="75FBD079" w14:textId="789E676E" w:rsidR="003B4CAF" w:rsidRPr="003B4CAF" w:rsidRDefault="003B4CAF" w:rsidP="003B4CAF">
      <w:pPr>
        <w:rPr>
          <w:lang w:val="de-DE"/>
        </w:rPr>
      </w:pPr>
      <w:r w:rsidRPr="003B4CAF">
        <w:rPr>
          <w:b/>
          <w:bCs/>
          <w:lang w:val="de-DE"/>
        </w:rPr>
        <w:t>Name des Programmpunkts:</w:t>
      </w:r>
    </w:p>
    <w:p w14:paraId="5879AB57" w14:textId="77777777" w:rsidR="003B4CAF" w:rsidRPr="003B4CAF" w:rsidRDefault="0048453F" w:rsidP="003B4CAF">
      <w:pPr>
        <w:rPr>
          <w:lang w:val="de-DE"/>
        </w:rPr>
      </w:pPr>
      <w:r>
        <w:rPr>
          <w:lang w:val="de-DE"/>
        </w:rPr>
        <w:pict w14:anchorId="002624CC">
          <v:rect id="_x0000_i1044" style="width:0;height:1.5pt" o:hralign="center" o:hrstd="t" o:hr="t" fillcolor="#a0a0a0" stroked="f"/>
        </w:pict>
      </w:r>
    </w:p>
    <w:p w14:paraId="4EAF0C56" w14:textId="77777777" w:rsidR="003B4CAF" w:rsidRPr="003B4CAF" w:rsidRDefault="003B4CAF" w:rsidP="003B4CAF">
      <w:pPr>
        <w:rPr>
          <w:lang w:val="de-DE"/>
        </w:rPr>
      </w:pPr>
      <w:r w:rsidRPr="003B4CAF">
        <w:rPr>
          <w:b/>
          <w:bCs/>
          <w:lang w:val="de-DE"/>
        </w:rPr>
        <w:t>Kurzbeschreibung:</w:t>
      </w:r>
    </w:p>
    <w:p w14:paraId="2C791004" w14:textId="77777777" w:rsidR="003B4CAF" w:rsidRDefault="0048453F" w:rsidP="003B4CAF">
      <w:pPr>
        <w:rPr>
          <w:lang w:val="de-DE"/>
        </w:rPr>
      </w:pPr>
      <w:r>
        <w:rPr>
          <w:lang w:val="de-DE"/>
        </w:rPr>
        <w:pict w14:anchorId="525E6785">
          <v:rect id="_x0000_i1045" style="width:0;height:1.5pt" o:hralign="center" o:hrstd="t" o:hr="t" fillcolor="#a0a0a0" stroked="f"/>
        </w:pict>
      </w:r>
    </w:p>
    <w:p w14:paraId="1EC4D958" w14:textId="321F9AE0" w:rsidR="003B4CAF" w:rsidRPr="003B4CAF" w:rsidRDefault="0048453F" w:rsidP="003B4CAF">
      <w:pPr>
        <w:rPr>
          <w:lang w:val="de-DE"/>
        </w:rPr>
      </w:pPr>
      <w:r>
        <w:rPr>
          <w:lang w:val="de-DE"/>
        </w:rPr>
        <w:pict w14:anchorId="00D2CD6E">
          <v:rect id="_x0000_i1046" style="width:0;height:1.5pt" o:hralign="center" o:hrstd="t" o:hr="t" fillcolor="#a0a0a0" stroked="f"/>
        </w:pict>
      </w:r>
    </w:p>
    <w:p w14:paraId="3B683BF3" w14:textId="77777777" w:rsidR="003B4CAF" w:rsidRPr="003B4CAF" w:rsidRDefault="003B4CAF" w:rsidP="003B4CAF">
      <w:pPr>
        <w:rPr>
          <w:lang w:val="de-DE"/>
        </w:rPr>
      </w:pPr>
      <w:r w:rsidRPr="003B4CAF">
        <w:rPr>
          <w:b/>
          <w:bCs/>
          <w:lang w:val="de-DE"/>
        </w:rPr>
        <w:t>Anzahl der Mitwirkenden:</w:t>
      </w:r>
    </w:p>
    <w:p w14:paraId="28D0B298" w14:textId="77777777" w:rsidR="003B4CAF" w:rsidRPr="003B4CAF" w:rsidRDefault="0048453F" w:rsidP="003B4CAF">
      <w:pPr>
        <w:rPr>
          <w:lang w:val="de-DE"/>
        </w:rPr>
      </w:pPr>
      <w:r>
        <w:rPr>
          <w:lang w:val="de-DE"/>
        </w:rPr>
        <w:pict w14:anchorId="0AB6491D">
          <v:rect id="_x0000_i1047" style="width:0;height:1.5pt" o:hralign="center" o:hrstd="t" o:hr="t" fillcolor="#a0a0a0" stroked="f"/>
        </w:pict>
      </w:r>
    </w:p>
    <w:p w14:paraId="69603879" w14:textId="77777777" w:rsidR="003B4CAF" w:rsidRPr="003B4CAF" w:rsidRDefault="003B4CAF" w:rsidP="003B4CAF">
      <w:pPr>
        <w:rPr>
          <w:lang w:val="de-DE"/>
        </w:rPr>
      </w:pPr>
      <w:r w:rsidRPr="003B4CAF">
        <w:rPr>
          <w:b/>
          <w:bCs/>
          <w:lang w:val="de-DE"/>
        </w:rPr>
        <w:t>Was wird dafür benötigt?</w:t>
      </w:r>
    </w:p>
    <w:p w14:paraId="2B637032" w14:textId="77777777" w:rsidR="003B4CAF" w:rsidRDefault="0048453F" w:rsidP="003B4CAF">
      <w:pPr>
        <w:rPr>
          <w:lang w:val="de-DE"/>
        </w:rPr>
      </w:pPr>
      <w:r>
        <w:rPr>
          <w:lang w:val="de-DE"/>
        </w:rPr>
        <w:pict w14:anchorId="0E1F9FB3">
          <v:rect id="_x0000_i1048" style="width:0;height:1.5pt" o:hralign="center" o:hrstd="t" o:hr="t" fillcolor="#a0a0a0" stroked="f"/>
        </w:pict>
      </w:r>
    </w:p>
    <w:p w14:paraId="1243E67E" w14:textId="3A7FE0C1" w:rsidR="003B4CAF" w:rsidRPr="003B4CAF" w:rsidRDefault="0048453F" w:rsidP="003B4CAF">
      <w:pPr>
        <w:rPr>
          <w:lang w:val="de-DE"/>
        </w:rPr>
      </w:pPr>
      <w:r>
        <w:rPr>
          <w:lang w:val="de-DE"/>
        </w:rPr>
        <w:pict w14:anchorId="51EE354E">
          <v:rect id="_x0000_i1049" style="width:0;height:1.5pt" o:hralign="center" o:hrstd="t" o:hr="t" fillcolor="#a0a0a0" stroked="f"/>
        </w:pict>
      </w:r>
    </w:p>
    <w:p w14:paraId="0099BC55" w14:textId="77777777" w:rsidR="003B4CAF" w:rsidRDefault="003B4CAF"/>
    <w:p w14:paraId="718ECA37" w14:textId="52120E81" w:rsidR="0012183D" w:rsidRDefault="003B4CAF">
      <w:pPr>
        <w:pStyle w:val="berschrift2"/>
      </w:pPr>
      <w:proofErr w:type="spellStart"/>
      <w:r w:rsidRPr="003B4CAF">
        <w:t>Unterstützung</w:t>
      </w:r>
      <w:proofErr w:type="spellEnd"/>
      <w:r w:rsidRPr="003B4CAF">
        <w:t xml:space="preserve"> </w:t>
      </w:r>
      <w:proofErr w:type="spellStart"/>
      <w:r w:rsidRPr="003B4CAF">
        <w:t>bei</w:t>
      </w:r>
      <w:proofErr w:type="spellEnd"/>
      <w:r w:rsidRPr="003B4CAF">
        <w:t xml:space="preserve"> der </w:t>
      </w:r>
      <w:proofErr w:type="spellStart"/>
      <w:r w:rsidRPr="003B4CAF">
        <w:t>Öffentlichkeitsarbeit</w:t>
      </w:r>
      <w:proofErr w:type="spellEnd"/>
    </w:p>
    <w:p w14:paraId="0DBEAEE7" w14:textId="77777777" w:rsidR="00E416ED" w:rsidRPr="00E416ED" w:rsidRDefault="00E416ED" w:rsidP="00E416ED"/>
    <w:p w14:paraId="41DBE62B" w14:textId="77777777" w:rsidR="003B4CAF" w:rsidRPr="003B4CAF" w:rsidRDefault="003B4CAF" w:rsidP="003B4CAF">
      <w:pPr>
        <w:rPr>
          <w:lang w:val="de-DE"/>
        </w:rPr>
      </w:pPr>
      <w:r w:rsidRPr="003B4CAF">
        <w:rPr>
          <w:rFonts w:ascii="Segoe UI Symbol" w:hAnsi="Segoe UI Symbol" w:cs="Segoe UI Symbol"/>
          <w:lang w:val="de-DE"/>
        </w:rPr>
        <w:t>☐</w:t>
      </w:r>
      <w:r w:rsidRPr="003B4CAF">
        <w:rPr>
          <w:lang w:val="de-DE"/>
        </w:rPr>
        <w:t xml:space="preserve"> </w:t>
      </w:r>
      <w:r w:rsidRPr="003B4CAF">
        <w:rPr>
          <w:b/>
          <w:bCs/>
          <w:lang w:val="de-DE"/>
        </w:rPr>
        <w:t>Wir verteilen Flyer.</w:t>
      </w:r>
      <w:r w:rsidRPr="003B4CAF">
        <w:rPr>
          <w:lang w:val="de-DE"/>
        </w:rPr>
        <w:br/>
        <w:t>Falls ja, Anzahl: ____________________________________</w:t>
      </w:r>
    </w:p>
    <w:p w14:paraId="2C19E274" w14:textId="77777777" w:rsidR="003B4CAF" w:rsidRPr="003B4CAF" w:rsidRDefault="003B4CAF" w:rsidP="003B4CAF">
      <w:pPr>
        <w:rPr>
          <w:lang w:val="de-DE"/>
        </w:rPr>
      </w:pPr>
      <w:r w:rsidRPr="003B4CAF">
        <w:rPr>
          <w:rFonts w:ascii="Segoe UI Symbol" w:hAnsi="Segoe UI Symbol" w:cs="Segoe UI Symbol"/>
          <w:lang w:val="de-DE"/>
        </w:rPr>
        <w:t>☐</w:t>
      </w:r>
      <w:r w:rsidRPr="003B4CAF">
        <w:rPr>
          <w:lang w:val="de-DE"/>
        </w:rPr>
        <w:t xml:space="preserve"> </w:t>
      </w:r>
      <w:r w:rsidRPr="003B4CAF">
        <w:rPr>
          <w:b/>
          <w:bCs/>
          <w:lang w:val="de-DE"/>
        </w:rPr>
        <w:t>Wir hängen ein Plakat auf.</w:t>
      </w:r>
      <w:r w:rsidRPr="003B4CAF">
        <w:rPr>
          <w:lang w:val="de-DE"/>
        </w:rPr>
        <w:br/>
        <w:t>Falls ja, Anzahl: ____________________________________</w:t>
      </w:r>
    </w:p>
    <w:p w14:paraId="78114604" w14:textId="77777777" w:rsidR="003B4CAF" w:rsidRPr="003B4CAF" w:rsidRDefault="003B4CAF" w:rsidP="003B4CAF">
      <w:pPr>
        <w:rPr>
          <w:lang w:val="de-DE"/>
        </w:rPr>
      </w:pPr>
      <w:r w:rsidRPr="003B4CAF">
        <w:rPr>
          <w:rFonts w:ascii="Segoe UI Symbol" w:hAnsi="Segoe UI Symbol" w:cs="Segoe UI Symbol"/>
          <w:lang w:val="de-DE"/>
        </w:rPr>
        <w:t>☐</w:t>
      </w:r>
      <w:r w:rsidRPr="003B4CAF">
        <w:rPr>
          <w:lang w:val="de-DE"/>
        </w:rPr>
        <w:t xml:space="preserve"> </w:t>
      </w:r>
      <w:r w:rsidRPr="003B4CAF">
        <w:rPr>
          <w:b/>
          <w:bCs/>
          <w:lang w:val="de-DE"/>
        </w:rPr>
        <w:t>Wir verlinken die Veranstaltungsseite.</w:t>
      </w:r>
      <w:r w:rsidRPr="003B4CAF">
        <w:rPr>
          <w:lang w:val="de-DE"/>
        </w:rPr>
        <w:br/>
        <w:t>Auf folgender Plattform/Website: _______________________</w:t>
      </w:r>
    </w:p>
    <w:p w14:paraId="49B80B67" w14:textId="77777777" w:rsidR="003B4CAF" w:rsidRPr="003B4CAF" w:rsidRDefault="003B4CAF" w:rsidP="003B4CAF">
      <w:pPr>
        <w:rPr>
          <w:lang w:val="de-DE"/>
        </w:rPr>
      </w:pPr>
      <w:r w:rsidRPr="003B4CAF">
        <w:rPr>
          <w:rFonts w:ascii="Segoe UI Symbol" w:hAnsi="Segoe UI Symbol" w:cs="Segoe UI Symbol"/>
          <w:lang w:val="de-DE"/>
        </w:rPr>
        <w:t>☐</w:t>
      </w:r>
      <w:r w:rsidRPr="003B4CAF">
        <w:rPr>
          <w:lang w:val="de-DE"/>
        </w:rPr>
        <w:t xml:space="preserve"> </w:t>
      </w:r>
      <w:r w:rsidRPr="003B4CAF">
        <w:rPr>
          <w:b/>
          <w:bCs/>
          <w:lang w:val="de-DE"/>
        </w:rPr>
        <w:t>Wir bewerben das Stadtteilfest über:</w:t>
      </w:r>
    </w:p>
    <w:p w14:paraId="349A4350" w14:textId="77777777" w:rsidR="003B4CAF" w:rsidRPr="003B4CAF" w:rsidRDefault="0048453F" w:rsidP="003B4CAF">
      <w:pPr>
        <w:rPr>
          <w:lang w:val="de-DE"/>
        </w:rPr>
      </w:pPr>
      <w:r>
        <w:rPr>
          <w:lang w:val="de-DE"/>
        </w:rPr>
        <w:pict w14:anchorId="6823D62A">
          <v:rect id="_x0000_i1050" style="width:0;height:1.5pt" o:hralign="center" o:hrstd="t" o:hr="t" fillcolor="#a0a0a0" stroked="f"/>
        </w:pict>
      </w:r>
    </w:p>
    <w:p w14:paraId="41675AE1" w14:textId="77777777" w:rsidR="003B4CAF" w:rsidRDefault="003B4CAF"/>
    <w:p w14:paraId="7FE8FF13" w14:textId="77777777" w:rsidR="00923244" w:rsidRDefault="00923244"/>
    <w:p w14:paraId="3EA9E395" w14:textId="18D4FFDA" w:rsidR="003B4CAF" w:rsidRPr="000E2603" w:rsidRDefault="004F551F" w:rsidP="003B4CAF">
      <w:pPr>
        <w:rPr>
          <w:b/>
          <w:bCs/>
          <w:sz w:val="24"/>
          <w:szCs w:val="24"/>
          <w:u w:val="single"/>
          <w:lang w:val="de-DE"/>
        </w:rPr>
      </w:pPr>
      <w:r>
        <w:br/>
      </w:r>
      <w:r w:rsidR="003B4CAF" w:rsidRPr="000E2603">
        <w:rPr>
          <w:b/>
          <w:bCs/>
          <w:sz w:val="24"/>
          <w:szCs w:val="24"/>
          <w:u w:val="single"/>
          <w:lang w:val="de-DE"/>
        </w:rPr>
        <w:t>Verbindliche Anmeldung</w:t>
      </w:r>
      <w:r w:rsidR="000E2603">
        <w:rPr>
          <w:b/>
          <w:bCs/>
          <w:sz w:val="24"/>
          <w:szCs w:val="24"/>
          <w:u w:val="single"/>
          <w:lang w:val="de-DE"/>
        </w:rPr>
        <w:t xml:space="preserve">: </w:t>
      </w:r>
    </w:p>
    <w:p w14:paraId="168CAAAA" w14:textId="77777777" w:rsidR="003B4CAF" w:rsidRDefault="003B4CAF" w:rsidP="003B4CAF">
      <w:pPr>
        <w:rPr>
          <w:lang w:val="de-DE"/>
        </w:rPr>
      </w:pPr>
      <w:r w:rsidRPr="003B4CAF">
        <w:rPr>
          <w:lang w:val="de-DE"/>
        </w:rPr>
        <w:t>Mit meiner Unterschrift bestätige ich die verbindliche Anmeldung zum Stadtteilfest Flugfeld 2026. Ich erkläre mich damit einverstanden, dass die im Rahmen der Anmeldung angegebenen Daten ausschließlich für die Organisation und Durchführung der Veranstaltung verwendet werden.</w:t>
      </w:r>
    </w:p>
    <w:p w14:paraId="3A900D11" w14:textId="77777777" w:rsidR="000E2603" w:rsidRPr="003B4CAF" w:rsidRDefault="000E2603" w:rsidP="003B4CAF">
      <w:pPr>
        <w:rPr>
          <w:lang w:val="de-DE"/>
        </w:rPr>
      </w:pPr>
    </w:p>
    <w:p w14:paraId="2D7C05F0" w14:textId="77777777" w:rsidR="003B4CAF" w:rsidRPr="003B4CAF" w:rsidRDefault="003B4CAF" w:rsidP="003B4CAF">
      <w:pPr>
        <w:rPr>
          <w:lang w:val="de-DE"/>
        </w:rPr>
      </w:pPr>
      <w:r w:rsidRPr="003B4CAF">
        <w:rPr>
          <w:b/>
          <w:bCs/>
          <w:lang w:val="de-DE"/>
        </w:rPr>
        <w:t>Ort:</w:t>
      </w:r>
      <w:r w:rsidRPr="003B4CAF">
        <w:rPr>
          <w:lang w:val="de-DE"/>
        </w:rPr>
        <w:t xml:space="preserve"> ___________________________________</w:t>
      </w:r>
    </w:p>
    <w:p w14:paraId="09FC9B49" w14:textId="77777777" w:rsidR="003B4CAF" w:rsidRPr="003B4CAF" w:rsidRDefault="003B4CAF" w:rsidP="003B4CAF">
      <w:pPr>
        <w:rPr>
          <w:lang w:val="de-DE"/>
        </w:rPr>
      </w:pPr>
      <w:r w:rsidRPr="003B4CAF">
        <w:rPr>
          <w:b/>
          <w:bCs/>
          <w:lang w:val="de-DE"/>
        </w:rPr>
        <w:t>Datum:</w:t>
      </w:r>
      <w:r w:rsidRPr="003B4CAF">
        <w:rPr>
          <w:lang w:val="de-DE"/>
        </w:rPr>
        <w:t xml:space="preserve"> _________________________________</w:t>
      </w:r>
    </w:p>
    <w:p w14:paraId="3ADE03DB" w14:textId="77777777" w:rsidR="003B4CAF" w:rsidRPr="003B4CAF" w:rsidRDefault="003B4CAF" w:rsidP="003B4CAF">
      <w:pPr>
        <w:rPr>
          <w:lang w:val="de-DE"/>
        </w:rPr>
      </w:pPr>
      <w:r w:rsidRPr="003B4CAF">
        <w:rPr>
          <w:b/>
          <w:bCs/>
          <w:lang w:val="de-DE"/>
        </w:rPr>
        <w:t>Name (in Druckbuchstaben):</w:t>
      </w:r>
      <w:r w:rsidRPr="003B4CAF">
        <w:rPr>
          <w:lang w:val="de-DE"/>
        </w:rPr>
        <w:t xml:space="preserve"> ___________________________________</w:t>
      </w:r>
    </w:p>
    <w:p w14:paraId="7246B535" w14:textId="77777777" w:rsidR="003B4CAF" w:rsidRPr="003B4CAF" w:rsidRDefault="003B4CAF" w:rsidP="003B4CAF">
      <w:pPr>
        <w:rPr>
          <w:lang w:val="de-DE"/>
        </w:rPr>
      </w:pPr>
      <w:r w:rsidRPr="003B4CAF">
        <w:rPr>
          <w:b/>
          <w:bCs/>
          <w:lang w:val="de-DE"/>
        </w:rPr>
        <w:t>Unterschrift:</w:t>
      </w:r>
      <w:r w:rsidRPr="003B4CAF">
        <w:rPr>
          <w:lang w:val="de-DE"/>
        </w:rPr>
        <w:t xml:space="preserve"> ___________________________________</w:t>
      </w:r>
    </w:p>
    <w:p w14:paraId="271403A7" w14:textId="04352C0E" w:rsidR="0012183D" w:rsidRDefault="0012183D"/>
    <w:sectPr w:rsidR="0012183D"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B3E8649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3723024A"/>
    <w:multiLevelType w:val="hybridMultilevel"/>
    <w:tmpl w:val="00C877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C7E625D"/>
    <w:multiLevelType w:val="multilevel"/>
    <w:tmpl w:val="C29C4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225952">
    <w:abstractNumId w:val="8"/>
  </w:num>
  <w:num w:numId="2" w16cid:durableId="993029310">
    <w:abstractNumId w:val="6"/>
  </w:num>
  <w:num w:numId="3" w16cid:durableId="1177618205">
    <w:abstractNumId w:val="5"/>
  </w:num>
  <w:num w:numId="4" w16cid:durableId="1110705144">
    <w:abstractNumId w:val="4"/>
  </w:num>
  <w:num w:numId="5" w16cid:durableId="1184326669">
    <w:abstractNumId w:val="7"/>
  </w:num>
  <w:num w:numId="6" w16cid:durableId="1287544758">
    <w:abstractNumId w:val="3"/>
  </w:num>
  <w:num w:numId="7" w16cid:durableId="239220853">
    <w:abstractNumId w:val="2"/>
  </w:num>
  <w:num w:numId="8" w16cid:durableId="1861311963">
    <w:abstractNumId w:val="1"/>
  </w:num>
  <w:num w:numId="9" w16cid:durableId="839931827">
    <w:abstractNumId w:val="0"/>
  </w:num>
  <w:num w:numId="10" w16cid:durableId="1182166408">
    <w:abstractNumId w:val="9"/>
  </w:num>
  <w:num w:numId="11" w16cid:durableId="5231375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2603"/>
    <w:rsid w:val="0012183D"/>
    <w:rsid w:val="0015074B"/>
    <w:rsid w:val="0029639D"/>
    <w:rsid w:val="00326F90"/>
    <w:rsid w:val="003B4CAF"/>
    <w:rsid w:val="0042277D"/>
    <w:rsid w:val="004F551F"/>
    <w:rsid w:val="006D6AC6"/>
    <w:rsid w:val="007C01B2"/>
    <w:rsid w:val="00923244"/>
    <w:rsid w:val="00974660"/>
    <w:rsid w:val="00AA1D8D"/>
    <w:rsid w:val="00B47730"/>
    <w:rsid w:val="00CB0664"/>
    <w:rsid w:val="00E416ED"/>
    <w:rsid w:val="00EE632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2DD413"/>
  <w14:defaultImageDpi w14:val="300"/>
  <w15:docId w15:val="{227FF264-83C9-41A9-A0E9-33AB14031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Absatz-Standardschriftart"/>
    <w:uiPriority w:val="99"/>
    <w:unhideWhenUsed/>
    <w:rsid w:val="00EE632B"/>
    <w:rPr>
      <w:color w:val="0000FF" w:themeColor="hyperlink"/>
      <w:u w:val="single"/>
    </w:rPr>
  </w:style>
  <w:style w:type="character" w:styleId="NichtaufgelsteErwhnung">
    <w:name w:val="Unresolved Mention"/>
    <w:basedOn w:val="Absatz-Standardschriftart"/>
    <w:uiPriority w:val="99"/>
    <w:semiHidden/>
    <w:unhideWhenUsed/>
    <w:rsid w:val="00EE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vinc@mevesta.d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335</Words>
  <Characters>2115</Characters>
  <Application>Microsoft Office Word</Application>
  <DocSecurity>0</DocSecurity>
  <Lines>17</Lines>
  <Paragraphs>4</Paragraphs>
  <ScaleCrop>false</ScaleCrop>
  <HeadingPairs>
    <vt:vector size="6" baseType="variant">
      <vt:variant>
        <vt:lpstr>Titel</vt:lpstr>
      </vt:variant>
      <vt:variant>
        <vt:i4>1</vt:i4>
      </vt:variant>
      <vt:variant>
        <vt:lpstr>Überschriften</vt:lpstr>
      </vt:variant>
      <vt:variant>
        <vt:i4>17</vt:i4>
      </vt:variant>
      <vt:variant>
        <vt:lpstr>Title</vt:lpstr>
      </vt:variant>
      <vt:variant>
        <vt:i4>1</vt:i4>
      </vt:variant>
    </vt:vector>
  </HeadingPairs>
  <TitlesOfParts>
    <vt:vector size="19" baseType="lpstr">
      <vt:lpstr/>
      <vt:lpstr>Stadtteilfest Flugfeld 2026 : Anmeldeformular</vt:lpstr>
      <vt:lpstr>    Allgemeine Informationen</vt:lpstr>
      <vt:lpstr>    Veranstaltungstag: Sonntag, 20. September 2026</vt:lpstr>
      <vt:lpstr>    Uhrzeit: 11:00 bis 15:00 Uhr</vt:lpstr>
      <vt:lpstr>    Veranstaltungsort: Flugfeld-Grundschule, Liesel-Bach-Straße 24, 71034 Böblingen</vt:lpstr>
      <vt:lpstr>    Rahmenprogramm: Informations- und Verkaufsstände, Mitmachaktionen, Angebote für </vt:lpstr>
      <vt:lpstr>    Motto: Ein Fest von Bürgerinnen und Bürgern – für Bürgerinnen und Bürger</vt:lpstr>
      <vt:lpstr>    Verbindliche Anmeldung</vt:lpstr>
      <vt:lpstr>    Mit diesem Anmeldeformular melde ich mich verbindlich für die Teilnahme am Stadt</vt:lpstr>
      <vt:lpstr>    </vt:lpstr>
      <vt:lpstr>    Angaben zum Verein / zur Gruppe / Institution / Einzelperson: </vt:lpstr>
      <vt:lpstr>    Angaben zur Teilnahme:</vt:lpstr>
      <vt:lpstr>    </vt:lpstr>
      <vt:lpstr>    Stände : </vt:lpstr>
      <vt:lpstr>    Bedarf für die Stände:</vt:lpstr>
      <vt:lpstr>    Angaben zum Bühnenprogramm:</vt:lpstr>
      <vt:lpstr>    Unterstützung bei der Öffentlichkeitsarbeit</vt:lpstr>
      <vt:lpstr/>
    </vt:vector>
  </TitlesOfParts>
  <Manager/>
  <Company/>
  <LinksUpToDate>false</LinksUpToDate>
  <CharactersWithSpaces>2446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Evin Sevinc</cp:lastModifiedBy>
  <cp:revision>4</cp:revision>
  <dcterms:created xsi:type="dcterms:W3CDTF">2026-07-14T15:05:00Z</dcterms:created>
  <dcterms:modified xsi:type="dcterms:W3CDTF">2026-07-15T08:46:00Z</dcterms:modified>
  <cp:category/>
</cp:coreProperties>
</file>